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23F62" w14:textId="44544C6A" w:rsidR="00B83471" w:rsidRDefault="000B6795" w:rsidP="000B6795">
      <w:pPr>
        <w:jc w:val="center"/>
      </w:pPr>
      <w:r>
        <w:rPr>
          <w:b/>
          <w:noProof/>
          <w:sz w:val="52"/>
        </w:rPr>
        <w:drawing>
          <wp:inline distT="0" distB="0" distL="0" distR="0" wp14:anchorId="757030D8" wp14:editId="2866C5DE">
            <wp:extent cx="5486400" cy="1239520"/>
            <wp:effectExtent l="0" t="0" r="0" b="5080"/>
            <wp:docPr id="266791039" name="Picture 1" descr="A whit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791039" name="Picture 1" descr="A white text on a black background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52"/>
        </w:rPr>
        <w:br/>
      </w:r>
      <w:r w:rsidR="00BC49A3" w:rsidRPr="00BC49A3">
        <w:rPr>
          <w:b/>
          <w:sz w:val="32"/>
          <w:szCs w:val="32"/>
        </w:rPr>
        <w:t xml:space="preserve">Location: 150 </w:t>
      </w:r>
      <w:proofErr w:type="spellStart"/>
      <w:r w:rsidR="00BC49A3" w:rsidRPr="00BC49A3">
        <w:rPr>
          <w:b/>
          <w:sz w:val="32"/>
          <w:szCs w:val="32"/>
        </w:rPr>
        <w:t>Sandyrock</w:t>
      </w:r>
      <w:proofErr w:type="spellEnd"/>
      <w:r w:rsidR="00BC49A3" w:rsidRPr="00BC49A3">
        <w:rPr>
          <w:b/>
          <w:sz w:val="32"/>
          <w:szCs w:val="32"/>
        </w:rPr>
        <w:t xml:space="preserve"> Lane, Newport, </w:t>
      </w:r>
      <w:proofErr w:type="spellStart"/>
      <w:r w:rsidR="00BC49A3" w:rsidRPr="00BC49A3">
        <w:rPr>
          <w:b/>
          <w:sz w:val="32"/>
          <w:szCs w:val="32"/>
        </w:rPr>
        <w:t>Wa</w:t>
      </w:r>
      <w:proofErr w:type="spellEnd"/>
    </w:p>
    <w:p w14:paraId="6A368DA2" w14:textId="3C333603" w:rsidR="00B83471" w:rsidRDefault="00000000">
      <w:r>
        <w:rPr>
          <w:b/>
          <w:sz w:val="32"/>
        </w:rPr>
        <w:t>Welcome</w:t>
      </w:r>
      <w:r w:rsidR="000B6795">
        <w:rPr>
          <w:b/>
          <w:sz w:val="32"/>
        </w:rPr>
        <w:t>!</w:t>
      </w:r>
    </w:p>
    <w:p w14:paraId="49E4636E" w14:textId="77777777" w:rsidR="00B83471" w:rsidRDefault="00000000">
      <w:pPr>
        <w:spacing w:after="120"/>
      </w:pPr>
      <w:r>
        <w:t>We are so glad you are here.</w:t>
      </w:r>
    </w:p>
    <w:p w14:paraId="59C75C29" w14:textId="5F95E8FD" w:rsidR="00B83471" w:rsidRDefault="00000000">
      <w:pPr>
        <w:spacing w:after="120"/>
      </w:pPr>
      <w:r>
        <w:t>Over the next two days, you are stepping into something a little different. This is not about being perfect, fast, or fancy. It is about learning a new skill, working with your hands, paying attention, and enjoying the process.</w:t>
      </w:r>
      <w:r w:rsidR="005C3855">
        <w:t xml:space="preserve"> You’ll find that in carving imperfection is perfection! </w:t>
      </w:r>
    </w:p>
    <w:p w14:paraId="50276BA2" w14:textId="77777777" w:rsidR="00B83471" w:rsidRDefault="00000000">
      <w:pPr>
        <w:spacing w:after="120"/>
      </w:pPr>
      <w:r>
        <w:t>Chainsaw carving has a way of slowing time down and pulling you fully into the moment, and that is part of the magic.</w:t>
      </w:r>
    </w:p>
    <w:p w14:paraId="1358FE6B" w14:textId="77777777" w:rsidR="00B83471" w:rsidRDefault="00000000">
      <w:pPr>
        <w:spacing w:after="120"/>
      </w:pPr>
      <w:r>
        <w:t>Whether this is your first time holding a chainsaw or you have experience already, you belong here.</w:t>
      </w:r>
    </w:p>
    <w:p w14:paraId="58251D2C" w14:textId="77777777" w:rsidR="00B83471" w:rsidRDefault="00000000">
      <w:pPr>
        <w:spacing w:after="120"/>
      </w:pPr>
      <w:r>
        <w:t>Safety and respect for each other are our top priorities. Ask questions, support each other, and enjoy the experience.</w:t>
      </w:r>
    </w:p>
    <w:p w14:paraId="22DCF3B5" w14:textId="77777777" w:rsidR="00B83471" w:rsidRDefault="00000000">
      <w:pPr>
        <w:spacing w:after="120"/>
      </w:pPr>
      <w:r>
        <w:t>Welcome to Carving Retreat. Let’s carve.</w:t>
      </w:r>
    </w:p>
    <w:p w14:paraId="117E2E9D" w14:textId="69B8EF8D" w:rsidR="00B83471" w:rsidRPr="00846822" w:rsidRDefault="00000000">
      <w:pPr>
        <w:rPr>
          <w:i/>
          <w:iCs/>
          <w:sz w:val="24"/>
          <w:szCs w:val="24"/>
        </w:rPr>
      </w:pPr>
      <w:r>
        <w:rPr>
          <w:b/>
          <w:sz w:val="32"/>
        </w:rPr>
        <w:t xml:space="preserve">Day 1 | </w:t>
      </w:r>
      <w:r w:rsidR="000B6795">
        <w:rPr>
          <w:b/>
          <w:sz w:val="32"/>
        </w:rPr>
        <w:t>8</w:t>
      </w:r>
      <w:r>
        <w:rPr>
          <w:b/>
          <w:sz w:val="32"/>
        </w:rPr>
        <w:t>:</w:t>
      </w:r>
      <w:r w:rsidR="000B6795">
        <w:rPr>
          <w:b/>
          <w:sz w:val="32"/>
        </w:rPr>
        <w:t>3</w:t>
      </w:r>
      <w:r>
        <w:rPr>
          <w:b/>
          <w:sz w:val="32"/>
        </w:rPr>
        <w:t xml:space="preserve">0 a.m. to </w:t>
      </w:r>
      <w:r w:rsidR="000B6795">
        <w:rPr>
          <w:b/>
          <w:sz w:val="32"/>
        </w:rPr>
        <w:t>4</w:t>
      </w:r>
      <w:r>
        <w:rPr>
          <w:b/>
          <w:sz w:val="32"/>
        </w:rPr>
        <w:t>:</w:t>
      </w:r>
      <w:r w:rsidR="000B6795">
        <w:rPr>
          <w:b/>
          <w:sz w:val="32"/>
        </w:rPr>
        <w:t>3</w:t>
      </w:r>
      <w:r>
        <w:rPr>
          <w:b/>
          <w:sz w:val="32"/>
        </w:rPr>
        <w:t>0 p.m.</w:t>
      </w:r>
      <w:r w:rsidR="00846822">
        <w:rPr>
          <w:b/>
          <w:sz w:val="32"/>
        </w:rPr>
        <w:t xml:space="preserve"> </w:t>
      </w:r>
      <w:r w:rsidR="00846822" w:rsidRPr="00846822">
        <w:rPr>
          <w:b/>
          <w:i/>
          <w:iCs/>
          <w:sz w:val="24"/>
          <w:szCs w:val="24"/>
        </w:rPr>
        <w:t xml:space="preserve">* a light </w:t>
      </w:r>
      <w:r w:rsidR="00846822">
        <w:rPr>
          <w:b/>
          <w:i/>
          <w:iCs/>
          <w:sz w:val="24"/>
          <w:szCs w:val="24"/>
        </w:rPr>
        <w:t xml:space="preserve">breakfast and </w:t>
      </w:r>
      <w:r w:rsidR="00846822" w:rsidRPr="00846822">
        <w:rPr>
          <w:b/>
          <w:i/>
          <w:iCs/>
          <w:sz w:val="24"/>
          <w:szCs w:val="24"/>
        </w:rPr>
        <w:t xml:space="preserve">lunch will be provided. </w:t>
      </w:r>
    </w:p>
    <w:p w14:paraId="30CEF7EE" w14:textId="77777777" w:rsidR="00B83471" w:rsidRDefault="00000000" w:rsidP="00846822">
      <w:pPr>
        <w:pStyle w:val="ListParagraph"/>
        <w:numPr>
          <w:ilvl w:val="0"/>
          <w:numId w:val="12"/>
        </w:numPr>
        <w:spacing w:after="120"/>
      </w:pPr>
      <w:r>
        <w:t>Welcome and introductions</w:t>
      </w:r>
    </w:p>
    <w:p w14:paraId="0F0A3676" w14:textId="7F7278FD" w:rsidR="00B83471" w:rsidRDefault="00DF62EC" w:rsidP="00846822">
      <w:pPr>
        <w:pStyle w:val="ListParagraph"/>
        <w:numPr>
          <w:ilvl w:val="0"/>
          <w:numId w:val="12"/>
        </w:numPr>
        <w:spacing w:after="120"/>
      </w:pPr>
      <w:r>
        <w:t>Provided: Safety training and gear - &gt;</w:t>
      </w:r>
      <w:r w:rsidR="00F14E4A">
        <w:t xml:space="preserve">Ear &amp; Eye protection, Chaps, Full length pants, closed toe shoes or boots, full length shirt, </w:t>
      </w:r>
    </w:p>
    <w:p w14:paraId="15D80DE8" w14:textId="57842CC7" w:rsidR="00B83471" w:rsidRDefault="00000000" w:rsidP="00846822">
      <w:pPr>
        <w:pStyle w:val="ListParagraph"/>
        <w:numPr>
          <w:ilvl w:val="0"/>
          <w:numId w:val="12"/>
        </w:numPr>
        <w:spacing w:after="120"/>
      </w:pPr>
      <w:r>
        <w:t>Chainsaw cuts: away</w:t>
      </w:r>
      <w:r w:rsidR="00846822">
        <w:t xml:space="preserve"> and </w:t>
      </w:r>
      <w:r>
        <w:t>back</w:t>
      </w:r>
      <w:r w:rsidR="00846822">
        <w:t xml:space="preserve"> cuts</w:t>
      </w:r>
      <w:r>
        <w:t>, plunge</w:t>
      </w:r>
      <w:r w:rsidR="00846822">
        <w:t xml:space="preserve"> cut</w:t>
      </w:r>
      <w:r>
        <w:t>, rasping</w:t>
      </w:r>
    </w:p>
    <w:p w14:paraId="1C9A4A3C" w14:textId="77777777" w:rsidR="00B83471" w:rsidRDefault="00000000" w:rsidP="00846822">
      <w:pPr>
        <w:pStyle w:val="ListParagraph"/>
        <w:numPr>
          <w:ilvl w:val="0"/>
          <w:numId w:val="12"/>
        </w:numPr>
        <w:spacing w:after="120"/>
      </w:pPr>
      <w:r>
        <w:t>First carvings: Pine Tree and Mushroom</w:t>
      </w:r>
    </w:p>
    <w:p w14:paraId="661EA82D" w14:textId="77777777" w:rsidR="00B83471" w:rsidRDefault="00000000" w:rsidP="00846822">
      <w:pPr>
        <w:pStyle w:val="ListParagraph"/>
        <w:numPr>
          <w:ilvl w:val="0"/>
          <w:numId w:val="12"/>
        </w:numPr>
        <w:spacing w:after="120"/>
      </w:pPr>
      <w:r>
        <w:t>Second carving: Owl</w:t>
      </w:r>
    </w:p>
    <w:p w14:paraId="37DA5227" w14:textId="0B58B677" w:rsidR="00246051" w:rsidRDefault="00246051" w:rsidP="00846822">
      <w:pPr>
        <w:pStyle w:val="ListParagraph"/>
        <w:numPr>
          <w:ilvl w:val="0"/>
          <w:numId w:val="12"/>
        </w:numPr>
        <w:spacing w:after="120"/>
      </w:pPr>
      <w:r>
        <w:t>Finishing Techniques</w:t>
      </w:r>
    </w:p>
    <w:p w14:paraId="04884455" w14:textId="77777777" w:rsidR="00B83471" w:rsidRDefault="00000000" w:rsidP="00846822">
      <w:pPr>
        <w:pStyle w:val="ListParagraph"/>
        <w:numPr>
          <w:ilvl w:val="0"/>
          <w:numId w:val="12"/>
        </w:numPr>
        <w:spacing w:after="120"/>
      </w:pPr>
      <w:r>
        <w:t>Reflection and preparation for Day 2</w:t>
      </w:r>
    </w:p>
    <w:p w14:paraId="7AB23489" w14:textId="77777777" w:rsidR="00B83471" w:rsidRDefault="00000000">
      <w:r>
        <w:rPr>
          <w:b/>
          <w:sz w:val="32"/>
        </w:rPr>
        <w:t>Day 2 | 9:00 a.m. to 3:00 p.m.</w:t>
      </w:r>
    </w:p>
    <w:p w14:paraId="21966CCC" w14:textId="77777777" w:rsidR="00B83471" w:rsidRDefault="00000000" w:rsidP="00846822">
      <w:pPr>
        <w:pStyle w:val="ListParagraph"/>
        <w:numPr>
          <w:ilvl w:val="0"/>
          <w:numId w:val="11"/>
        </w:numPr>
        <w:spacing w:after="120"/>
      </w:pPr>
      <w:r>
        <w:t>Review and goal setting</w:t>
      </w:r>
    </w:p>
    <w:p w14:paraId="0F44CAF5" w14:textId="146233A2" w:rsidR="00F14E4A" w:rsidRDefault="00F14E4A" w:rsidP="00F14E4A">
      <w:pPr>
        <w:pStyle w:val="ListParagraph"/>
        <w:numPr>
          <w:ilvl w:val="0"/>
          <w:numId w:val="11"/>
        </w:numPr>
        <w:spacing w:after="120"/>
      </w:pPr>
      <w:r>
        <w:t>Third carving: Bear</w:t>
      </w:r>
    </w:p>
    <w:p w14:paraId="22D89FB5" w14:textId="65A1E7C1" w:rsidR="00B83471" w:rsidRDefault="00000000" w:rsidP="00846822">
      <w:pPr>
        <w:pStyle w:val="ListParagraph"/>
        <w:numPr>
          <w:ilvl w:val="0"/>
          <w:numId w:val="11"/>
        </w:numPr>
        <w:spacing w:after="120"/>
      </w:pPr>
      <w:r>
        <w:t>Fourth carving: Eagle</w:t>
      </w:r>
    </w:p>
    <w:p w14:paraId="2C635739" w14:textId="0874A893" w:rsidR="00246051" w:rsidRDefault="00246051" w:rsidP="00846822">
      <w:pPr>
        <w:pStyle w:val="ListParagraph"/>
        <w:numPr>
          <w:ilvl w:val="0"/>
          <w:numId w:val="11"/>
        </w:numPr>
        <w:spacing w:after="120"/>
      </w:pPr>
      <w:r>
        <w:t>Finishing techniques</w:t>
      </w:r>
    </w:p>
    <w:p w14:paraId="6B73B52C" w14:textId="30F5E57A" w:rsidR="00B83471" w:rsidRDefault="00000000" w:rsidP="00846822">
      <w:pPr>
        <w:pStyle w:val="ListParagraph"/>
        <w:numPr>
          <w:ilvl w:val="0"/>
          <w:numId w:val="11"/>
        </w:numPr>
        <w:spacing w:after="120"/>
      </w:pPr>
      <w:r>
        <w:lastRenderedPageBreak/>
        <w:t xml:space="preserve">Final session: </w:t>
      </w:r>
      <w:r w:rsidR="000B6795">
        <w:t>F</w:t>
      </w:r>
      <w:r>
        <w:t xml:space="preserve">inish </w:t>
      </w:r>
      <w:r w:rsidR="008367AF">
        <w:t>other carvings</w:t>
      </w:r>
      <w:r w:rsidR="000B6795">
        <w:t xml:space="preserve"> – Carving Competition {C:</w:t>
      </w:r>
    </w:p>
    <w:p w14:paraId="50FA51B1" w14:textId="66323ACA" w:rsidR="00B83471" w:rsidRDefault="00000000">
      <w:pPr>
        <w:spacing w:after="120"/>
        <w:rPr>
          <w:b/>
          <w:bCs/>
          <w:sz w:val="28"/>
          <w:szCs w:val="28"/>
        </w:rPr>
      </w:pPr>
      <w:r w:rsidRPr="005F1EDC">
        <w:rPr>
          <w:b/>
          <w:bCs/>
          <w:sz w:val="28"/>
          <w:szCs w:val="28"/>
        </w:rPr>
        <w:t>Reflection and closing</w:t>
      </w:r>
      <w:r w:rsidR="005F1EDC">
        <w:rPr>
          <w:b/>
          <w:bCs/>
          <w:sz w:val="28"/>
          <w:szCs w:val="28"/>
        </w:rPr>
        <w:t>:</w:t>
      </w:r>
    </w:p>
    <w:p w14:paraId="533DF690" w14:textId="77777777" w:rsidR="00846822" w:rsidRDefault="00846822">
      <w:pPr>
        <w:spacing w:after="120"/>
        <w:rPr>
          <w:b/>
          <w:bCs/>
          <w:sz w:val="28"/>
          <w:szCs w:val="28"/>
        </w:rPr>
      </w:pPr>
    </w:p>
    <w:p w14:paraId="7CF67732" w14:textId="7C1091CA" w:rsidR="005F1EDC" w:rsidRDefault="005F1EDC">
      <w:pPr>
        <w:spacing w:after="1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Thank you</w:t>
      </w:r>
      <w:r w:rsidR="00246051">
        <w:rPr>
          <w:b/>
          <w:bCs/>
          <w:sz w:val="28"/>
          <w:szCs w:val="28"/>
        </w:rPr>
        <w:t xml:space="preserve"> again, </w:t>
      </w:r>
      <w:r>
        <w:rPr>
          <w:b/>
          <w:bCs/>
          <w:sz w:val="28"/>
          <w:szCs w:val="28"/>
        </w:rPr>
        <w:t xml:space="preserve"> </w:t>
      </w:r>
    </w:p>
    <w:p w14:paraId="212832E6" w14:textId="77777777" w:rsidR="005F1EDC" w:rsidRDefault="005F1EDC">
      <w:pPr>
        <w:spacing w:after="120"/>
        <w:rPr>
          <w:b/>
          <w:bCs/>
          <w:sz w:val="28"/>
          <w:szCs w:val="28"/>
        </w:rPr>
      </w:pPr>
    </w:p>
    <w:p w14:paraId="7F53C257" w14:textId="68FD7445" w:rsidR="005F1EDC" w:rsidRDefault="005F1EDC">
      <w:pPr>
        <w:spacing w:after="1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Aaron</w:t>
      </w:r>
    </w:p>
    <w:p w14:paraId="7A33A5DA" w14:textId="774E4E9B" w:rsidR="002F4185" w:rsidRPr="002F4185" w:rsidRDefault="002F4185">
      <w:pPr>
        <w:spacing w:after="120"/>
        <w:rPr>
          <w:sz w:val="28"/>
          <w:szCs w:val="28"/>
        </w:rPr>
      </w:pPr>
      <w:r w:rsidRPr="002F4185">
        <w:rPr>
          <w:sz w:val="28"/>
          <w:szCs w:val="28"/>
        </w:rPr>
        <w:t xml:space="preserve">If you have </w:t>
      </w:r>
      <w:r w:rsidR="00246051" w:rsidRPr="002F4185">
        <w:rPr>
          <w:sz w:val="28"/>
          <w:szCs w:val="28"/>
        </w:rPr>
        <w:t>questions,</w:t>
      </w:r>
      <w:r w:rsidRPr="002F4185">
        <w:rPr>
          <w:sz w:val="28"/>
          <w:szCs w:val="28"/>
        </w:rPr>
        <w:t xml:space="preserve"> please feel free to reach out. 509 591-5512. </w:t>
      </w:r>
    </w:p>
    <w:p w14:paraId="795DD7BA" w14:textId="77777777" w:rsidR="005F1EDC" w:rsidRDefault="005F1EDC">
      <w:pPr>
        <w:rPr>
          <w:b/>
          <w:sz w:val="32"/>
        </w:rPr>
      </w:pPr>
    </w:p>
    <w:p w14:paraId="2E1CE51E" w14:textId="45C6DECA" w:rsidR="00B83471" w:rsidRDefault="00000000">
      <w:r>
        <w:rPr>
          <w:b/>
          <w:sz w:val="32"/>
        </w:rPr>
        <w:t>What You’ll Leave With</w:t>
      </w:r>
    </w:p>
    <w:p w14:paraId="258E865E" w14:textId="2A4848CE" w:rsidR="00B83471" w:rsidRDefault="00000000" w:rsidP="00846822">
      <w:pPr>
        <w:pStyle w:val="ListParagraph"/>
        <w:numPr>
          <w:ilvl w:val="0"/>
          <w:numId w:val="10"/>
        </w:numPr>
        <w:spacing w:after="120"/>
      </w:pPr>
      <w:r>
        <w:t>3 to 5 carvings</w:t>
      </w:r>
      <w:r w:rsidR="005F1EDC">
        <w:t xml:space="preserve"> to use as templates</w:t>
      </w:r>
      <w:r w:rsidR="00846822">
        <w:t xml:space="preserve"> for future carvings</w:t>
      </w:r>
      <w:r w:rsidR="005F1EDC">
        <w:t xml:space="preserve"> or to sell. </w:t>
      </w:r>
    </w:p>
    <w:p w14:paraId="67C58F26" w14:textId="77777777" w:rsidR="00B83471" w:rsidRDefault="00000000" w:rsidP="00846822">
      <w:pPr>
        <w:pStyle w:val="ListParagraph"/>
        <w:numPr>
          <w:ilvl w:val="0"/>
          <w:numId w:val="10"/>
        </w:numPr>
        <w:spacing w:after="120"/>
      </w:pPr>
      <w:r>
        <w:t>Core chainsaw carving skills</w:t>
      </w:r>
    </w:p>
    <w:p w14:paraId="21119E31" w14:textId="77777777" w:rsidR="00B83471" w:rsidRDefault="00000000" w:rsidP="00846822">
      <w:pPr>
        <w:pStyle w:val="ListParagraph"/>
        <w:numPr>
          <w:ilvl w:val="0"/>
          <w:numId w:val="10"/>
        </w:numPr>
        <w:spacing w:after="120"/>
      </w:pPr>
      <w:r>
        <w:t>Confidence using tools safely</w:t>
      </w:r>
    </w:p>
    <w:p w14:paraId="0000BBB2" w14:textId="55C6988C" w:rsidR="005F1EDC" w:rsidRDefault="005F1EDC" w:rsidP="00846822">
      <w:pPr>
        <w:pStyle w:val="ListParagraph"/>
        <w:numPr>
          <w:ilvl w:val="0"/>
          <w:numId w:val="10"/>
        </w:numPr>
        <w:spacing w:after="120"/>
      </w:pPr>
      <w:r>
        <w:t xml:space="preserve">A wellness activity that you can use for the rest of your life. </w:t>
      </w:r>
    </w:p>
    <w:p w14:paraId="3BEE7B2B" w14:textId="77777777" w:rsidR="00B83471" w:rsidRDefault="00000000" w:rsidP="00846822">
      <w:pPr>
        <w:pStyle w:val="ListParagraph"/>
        <w:numPr>
          <w:ilvl w:val="0"/>
          <w:numId w:val="10"/>
        </w:numPr>
        <w:spacing w:after="120"/>
      </w:pPr>
      <w:r>
        <w:t>A deeper appreciation for craftsmanship</w:t>
      </w:r>
    </w:p>
    <w:p w14:paraId="46F7F165" w14:textId="1E543E70" w:rsidR="00B83471" w:rsidRDefault="00000000" w:rsidP="00846822">
      <w:pPr>
        <w:pStyle w:val="ListParagraph"/>
        <w:numPr>
          <w:ilvl w:val="0"/>
          <w:numId w:val="10"/>
        </w:numPr>
        <w:spacing w:after="120"/>
      </w:pPr>
      <w:r>
        <w:t xml:space="preserve">A memorable experience and new </w:t>
      </w:r>
      <w:r w:rsidR="001B77EF">
        <w:t xml:space="preserve">friendships and </w:t>
      </w:r>
      <w:r>
        <w:t>connections</w:t>
      </w:r>
    </w:p>
    <w:sectPr w:rsidR="00B8347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092B33"/>
    <w:multiLevelType w:val="hybridMultilevel"/>
    <w:tmpl w:val="20189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DE5027"/>
    <w:multiLevelType w:val="hybridMultilevel"/>
    <w:tmpl w:val="53D20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1479AD"/>
    <w:multiLevelType w:val="hybridMultilevel"/>
    <w:tmpl w:val="767E5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634667">
    <w:abstractNumId w:val="8"/>
  </w:num>
  <w:num w:numId="2" w16cid:durableId="303705537">
    <w:abstractNumId w:val="6"/>
  </w:num>
  <w:num w:numId="3" w16cid:durableId="1980186214">
    <w:abstractNumId w:val="5"/>
  </w:num>
  <w:num w:numId="4" w16cid:durableId="880672901">
    <w:abstractNumId w:val="4"/>
  </w:num>
  <w:num w:numId="5" w16cid:durableId="1660691314">
    <w:abstractNumId w:val="7"/>
  </w:num>
  <w:num w:numId="6" w16cid:durableId="429588709">
    <w:abstractNumId w:val="3"/>
  </w:num>
  <w:num w:numId="7" w16cid:durableId="1840776160">
    <w:abstractNumId w:val="2"/>
  </w:num>
  <w:num w:numId="8" w16cid:durableId="1867987524">
    <w:abstractNumId w:val="1"/>
  </w:num>
  <w:num w:numId="9" w16cid:durableId="813525421">
    <w:abstractNumId w:val="0"/>
  </w:num>
  <w:num w:numId="10" w16cid:durableId="929435134">
    <w:abstractNumId w:val="9"/>
  </w:num>
  <w:num w:numId="11" w16cid:durableId="597098835">
    <w:abstractNumId w:val="11"/>
  </w:num>
  <w:num w:numId="12" w16cid:durableId="1210040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896"/>
    <w:rsid w:val="00034616"/>
    <w:rsid w:val="0006063C"/>
    <w:rsid w:val="000B6795"/>
    <w:rsid w:val="0015074B"/>
    <w:rsid w:val="001B77EF"/>
    <w:rsid w:val="00237282"/>
    <w:rsid w:val="00246051"/>
    <w:rsid w:val="0029639D"/>
    <w:rsid w:val="002F4185"/>
    <w:rsid w:val="00326F90"/>
    <w:rsid w:val="00460FBB"/>
    <w:rsid w:val="00556AD8"/>
    <w:rsid w:val="005C3855"/>
    <w:rsid w:val="005F1EDC"/>
    <w:rsid w:val="0076035F"/>
    <w:rsid w:val="008367AF"/>
    <w:rsid w:val="00846822"/>
    <w:rsid w:val="00AA1D8D"/>
    <w:rsid w:val="00B47730"/>
    <w:rsid w:val="00B83471"/>
    <w:rsid w:val="00BC49A3"/>
    <w:rsid w:val="00BF7E70"/>
    <w:rsid w:val="00CB0664"/>
    <w:rsid w:val="00D71B21"/>
    <w:rsid w:val="00DF62EC"/>
    <w:rsid w:val="00E75E7B"/>
    <w:rsid w:val="00F14E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477762"/>
  <w14:defaultImageDpi w14:val="300"/>
  <w15:docId w15:val="{07C8D777-2F63-0245-AD12-0A5F8F5FB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295</Words>
  <Characters>1478</Characters>
  <Application>Microsoft Office Word</Application>
  <DocSecurity>0</DocSecurity>
  <Lines>44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Cieo Director</cp:lastModifiedBy>
  <cp:revision>2</cp:revision>
  <cp:lastPrinted>2026-09-16T15:47:00Z</cp:lastPrinted>
  <dcterms:created xsi:type="dcterms:W3CDTF">2026-09-16T15:48:00Z</dcterms:created>
  <dcterms:modified xsi:type="dcterms:W3CDTF">2026-09-16T15:48:00Z</dcterms:modified>
  <cp:category/>
</cp:coreProperties>
</file>